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Kalite Yönetim Sistemi Öz Değerlendirme Formu</w:t>
      </w:r>
    </w:p>
    <w:p>
      <w:r>
        <w:rPr>
          <w:b/>
          <w:color w:val="244A64"/>
        </w:rPr>
        <w:t>Kalite Yönetimi  |  Kalite Yönetim Sistemleri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Yönetim sistemi yaklaşımı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Kuruluş bağlamı ve ilgili taraflar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Liderlik ve politika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Risk, hedef ve süreç yönetimi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Operasyonel kontrol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Performans değerlendirme ve iyileştirme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Kalite Yönetimi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Kalite Yönetim Sistemi Öz Değerlendirme Formu</dc:title>
  <dc:subject>Kalite Yönetim Sistemleri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